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1 Life Skills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Homes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6 hours a week: Beginning Knowledge 1 hour, Creative Arts 2 hours, Physical Education 2 hours, Personal and Social Well-being 1 hour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1 Life Skills ATP 2023/2024, Term 4, Week 5 (second week of the "Homes" topic, Weeks 4 and 5).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The home I live in; what homes are made of; designing and making a model home; clay models of ourselves; locomotor and non-locomotor movement and balance.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Compare their own home with other types of homes.</w:t>
      </w:r>
    </w:p>
    <w:p>
      <w:pPr>
        <w:pStyle w:val="ListBullet"/>
      </w:pPr>
      <w:r>
        <w:t>Name materials homes are made of, such as wood, mud, bricks, tin, stone, hardboard and plastic.</w:t>
      </w:r>
    </w:p>
    <w:p>
      <w:pPr>
        <w:pStyle w:val="ListBullet"/>
      </w:pPr>
      <w:r>
        <w:t>Say which materials suit our weather.</w:t>
      </w:r>
    </w:p>
    <w:p>
      <w:pPr>
        <w:pStyle w:val="ListBullet"/>
      </w:pPr>
      <w:r>
        <w:t>Plan, make and talk about a simple model home.</w:t>
      </w:r>
    </w:p>
    <w:p>
      <w:pPr>
        <w:pStyle w:val="ListBullet"/>
      </w:pPr>
      <w:r>
        <w:t>Make a clay or play dough model of themselves in action at home or nearby.</w:t>
      </w:r>
    </w:p>
    <w:p>
      <w:pPr>
        <w:pStyle w:val="ListBullet"/>
      </w:pPr>
      <w:r>
        <w:t>Hop, gallop, run, skip, spin and walk on a rope in different ways.</w:t>
      </w:r>
    </w:p>
    <w:p>
      <w:pPr>
        <w:pStyle w:val="Heading2"/>
      </w:pPr>
      <w:r>
        <w:t>Daily routine</w:t>
      </w:r>
    </w:p>
    <w:p>
      <w:r>
        <w:t>Daily weather chart: learners record the weather and say what kind of home would keep them safe in that weather.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The home I live in (PSW)</w:t>
            </w:r>
          </w:p>
        </w:tc>
        <w:tc>
          <w:tcPr>
            <w:tcW w:type="dxa" w:w="4535"/>
          </w:tcPr>
          <w:p>
            <w:r>
              <w:t>Learners compare homes: "How is my home the same as or different from my friend's?" Be sensitive, as homes differ a lot.</w:t>
            </w:r>
          </w:p>
        </w:tc>
        <w:tc>
          <w:tcPr>
            <w:tcW w:type="dxa" w:w="3118"/>
          </w:tcPr>
          <w:p>
            <w:r>
              <w:t>PE: hop, gallop, run and skip around the chair, changing direction on a signal.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What homes are made of (BK)</w:t>
            </w:r>
          </w:p>
        </w:tc>
        <w:tc>
          <w:tcPr>
            <w:tcW w:type="dxa" w:w="4535"/>
          </w:tcPr>
          <w:p>
            <w:r>
              <w:t>Show pictures and real samples of materials: wood, mud, bricks, tin, stone, hardboard and plastic. Sort them and say which keep out rain, cold or heat.</w:t>
            </w:r>
          </w:p>
        </w:tc>
        <w:tc>
          <w:tcPr>
            <w:tcW w:type="dxa" w:w="3118"/>
          </w:tcPr>
          <w:p>
            <w:r>
              <w:t>Workbook: homes (ATP lists DBE workbook pp. 34 to 41).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Design and make (BK)</w:t>
            </w:r>
          </w:p>
        </w:tc>
        <w:tc>
          <w:tcPr>
            <w:tcW w:type="dxa" w:w="4535"/>
          </w:tcPr>
          <w:p>
            <w:r>
              <w:t>Learners plan and build a model home from boxes, sticks, paper and clay. They say which material they used and why.</w:t>
            </w:r>
          </w:p>
        </w:tc>
        <w:tc>
          <w:tcPr>
            <w:tcW w:type="dxa" w:w="3118"/>
          </w:tcPr>
          <w:p>
            <w:r>
              <w:t>Show and tell: learners talk about their model homes.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Creative Arts: create in 3D</w:t>
            </w:r>
          </w:p>
        </w:tc>
        <w:tc>
          <w:tcPr>
            <w:tcW w:type="dxa" w:w="4535"/>
          </w:tcPr>
          <w:p>
            <w:r>
              <w:t>Make a clay or play dough model of yourself doing something at home or nearby, for example sweeping or playing.</w:t>
            </w:r>
          </w:p>
        </w:tc>
        <w:tc>
          <w:tcPr>
            <w:tcW w:type="dxa" w:w="3118"/>
          </w:tcPr>
          <w:p>
            <w:r>
              <w:t>Listen to music and say how it makes you feel, using words such as happy and sad.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Physical Education</w:t>
            </w:r>
          </w:p>
        </w:tc>
        <w:tc>
          <w:tcPr>
            <w:tcW w:type="dxa" w:w="4535"/>
          </w:tcPr>
          <w:p>
            <w:r>
              <w:t>Warm up, then non-locomotor movement: spin on the spot. Balance: walk on a rope forwards, backwards and sideways, then with hands on head, behind the back and on hips.</w:t>
            </w:r>
          </w:p>
        </w:tc>
        <w:tc>
          <w:tcPr>
            <w:tcW w:type="dxa" w:w="3118"/>
          </w:tcPr>
          <w:p>
            <w:r>
              <w:t>Cool down and relax.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Ask: "What is your home made of? Why is that good for our weather?"</w:t>
      </w:r>
    </w:p>
    <w:p>
      <w:pPr>
        <w:pStyle w:val="ListBullet"/>
      </w:pPr>
      <w:r>
        <w:t>Observe learners as they explain their model home.</w:t>
      </w:r>
    </w:p>
    <w:p>
      <w:pPr>
        <w:pStyle w:val="ListBullet"/>
      </w:pPr>
      <w:r>
        <w:t>Observe balance during rope walking and note who needs support.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real samples of materials that learners can touch.</w:t>
      </w:r>
    </w:p>
    <w:p>
      <w:pPr>
        <w:pStyle w:val="ListBullet"/>
      </w:pPr>
      <w:r>
        <w:t>Give a sentence starter: "My model home is made of... because..."</w:t>
      </w:r>
    </w:p>
    <w:p>
      <w:r>
        <w:rPr>
          <w:b/>
        </w:rPr>
        <w:t>Extension</w:t>
      </w:r>
    </w:p>
    <w:p>
      <w:pPr>
        <w:pStyle w:val="ListBullet"/>
      </w:pPr>
      <w:r>
        <w:t>Design a home for a very hot or very rainy place and explain it.</w:t>
      </w:r>
    </w:p>
    <w:p>
      <w:pPr>
        <w:pStyle w:val="ListBullet"/>
      </w:pPr>
      <w:r>
        <w:t>Draw a plan of their model home and label the materials.</w:t>
      </w:r>
    </w:p>
    <w:p>
      <w:pPr>
        <w:pStyle w:val="Heading2"/>
      </w:pPr>
      <w:r>
        <w:t>Formal assessment (SBA)</w:t>
      </w:r>
    </w:p>
    <w:p>
      <w:r>
        <w:t>Follow your school assessment programme for Term 4 Life Skills. Observation during Creative Arts and PE can feed into your records.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1 Life Skills ATP 2023/2024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1 Life Skills Workbook 2, 2026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caps123: Grade 1 ATPs 2023 to 2024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wCGa59wc53g%3d&amp;tabid=3206&amp;portalid=0&amp;mid=10760" TargetMode="External"/><Relationship Id="rId10" Type="http://schemas.openxmlformats.org/officeDocument/2006/relationships/hyperlink" Target="https://www.education.gov.za/LinkClick.aspx?fileticket=ivYMLNjXLw0%3d&amp;tabid=5885&amp;portalid=0&amp;mid=15013" TargetMode="External"/><Relationship Id="rId11" Type="http://schemas.openxmlformats.org/officeDocument/2006/relationships/hyperlink" Target="https://caps123.co.za/grade-1-atps-2023-2024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 Life Skills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