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Mathematics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Number 17, ordinal numbers, money, time, data and 2D shapes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 (1 hour 24 minutes a day): about 20 min whole class mental maths and counting, about 1 hour small group and independent work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Mathematics ATP 2023/2024, Term 4, Weeks 3 and 4 (this is the second week of the two-week block).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 to 90; number 17; bonds to 8; ordinal numbers; sharing and grouping with remainders; money; add and subtract to 16; time, data and 2D shapes.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forwards and backwards in 1s to 90 and in 10s, 5s and 2s.</w:t>
      </w:r>
    </w:p>
    <w:p>
      <w:pPr>
        <w:pStyle w:val="ListBullet"/>
      </w:pPr>
      <w:r>
        <w:t>Recognise, order and compare numbers to 17 and break 17 into 10 and 7.</w:t>
      </w:r>
    </w:p>
    <w:p>
      <w:pPr>
        <w:pStyle w:val="ListBullet"/>
      </w:pPr>
      <w:r>
        <w:t>Know number bonds to 8.</w:t>
      </w:r>
    </w:p>
    <w:p>
      <w:pPr>
        <w:pStyle w:val="ListBullet"/>
      </w:pPr>
      <w:r>
        <w:t>Use ordinal numbers from first to tenth.</w:t>
      </w:r>
    </w:p>
    <w:p>
      <w:pPr>
        <w:pStyle w:val="ListBullet"/>
      </w:pPr>
      <w:r>
        <w:t>Solve problems involving sharing, grouping (with remainders) and money.</w:t>
      </w:r>
    </w:p>
    <w:p>
      <w:pPr>
        <w:pStyle w:val="ListBullet"/>
      </w:pPr>
      <w:r>
        <w:t>Add and subtract to 16.</w:t>
      </w:r>
    </w:p>
    <w:p>
      <w:pPr>
        <w:pStyle w:val="ListBullet"/>
      </w:pPr>
      <w:r>
        <w:t>Use a calendar to name days and months, and sort and represent data.</w:t>
      </w:r>
    </w:p>
    <w:p>
      <w:pPr>
        <w:pStyle w:val="Heading2"/>
      </w:pPr>
      <w:r>
        <w:t>Daily routine</w:t>
      </w:r>
    </w:p>
    <w:p>
      <w:r>
        <w:t>Daily mental maths (10 min): count on and back from any number to 90, count in 10s, 5s and 2s, quick-fire bonds to 8.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Number 17</w:t>
            </w:r>
          </w:p>
        </w:tc>
        <w:tc>
          <w:tcPr>
            <w:tcW w:type="dxa" w:w="4535"/>
          </w:tcPr>
          <w:p>
            <w:r>
              <w:t>Build 17 with counters and a ten frame. Break it up as 10 and 7. Order and compare numbers to 17 on a number line.</w:t>
            </w:r>
          </w:p>
        </w:tc>
        <w:tc>
          <w:tcPr>
            <w:tcW w:type="dxa" w:w="3118"/>
          </w:tcPr>
          <w:p>
            <w:r>
              <w:t>Workbook: number 17 (ATP lists Book 2 pp. 68 to 69).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Doubles, bonds and ordinal numbers</w:t>
            </w:r>
          </w:p>
        </w:tc>
        <w:tc>
          <w:tcPr>
            <w:tcW w:type="dxa" w:w="4535"/>
          </w:tcPr>
          <w:p>
            <w:r>
              <w:t>Doubles and breaking down numbers. Line up 10 learners and use first to tenth.</w:t>
            </w:r>
          </w:p>
        </w:tc>
        <w:tc>
          <w:tcPr>
            <w:tcW w:type="dxa" w:w="3118"/>
          </w:tcPr>
          <w:p>
            <w:r>
              <w:t>Workbook: doubles and breaking down; ordinal numbers (ATP lists Book 2 pp. 78 to 79 and 82 to 83).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Problem solving and money</w:t>
            </w:r>
          </w:p>
        </w:tc>
        <w:tc>
          <w:tcPr>
            <w:tcW w:type="dxa" w:w="4535"/>
          </w:tcPr>
          <w:p>
            <w:r>
              <w:t>Sharing and grouping problems with remainders, for example 15 sweets shared among 2 friends. Shop role play: find totals and change.</w:t>
            </w:r>
          </w:p>
        </w:tc>
        <w:tc>
          <w:tcPr>
            <w:tcW w:type="dxa" w:w="3118"/>
          </w:tcPr>
          <w:p>
            <w:r>
              <w:t>Workbook: money (ATP lists Book 2 pp. 86 to 89).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Add and subtract to 16; time</w:t>
            </w:r>
          </w:p>
        </w:tc>
        <w:tc>
          <w:tcPr>
            <w:tcW w:type="dxa" w:w="4535"/>
          </w:tcPr>
          <w:p>
            <w:r>
              <w:t>Add and subtract to 16 using counters and number lines. Use the class calendar: days of the week, months and birthdays.</w:t>
            </w:r>
          </w:p>
        </w:tc>
        <w:tc>
          <w:tcPr>
            <w:tcW w:type="dxa" w:w="3118"/>
          </w:tcPr>
          <w:p>
            <w:r>
              <w:t>Repeated addition with groups of 2 and 5.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Data and 2D shapes</w:t>
            </w:r>
          </w:p>
        </w:tc>
        <w:tc>
          <w:tcPr>
            <w:tcW w:type="dxa" w:w="4535"/>
          </w:tcPr>
          <w:p>
            <w:r>
              <w:t>Sort objects and show the data in a simple pictograph, for example favourite fruit. Sort and name 2D shapes.</w:t>
            </w:r>
          </w:p>
        </w:tc>
        <w:tc>
          <w:tcPr>
            <w:tcW w:type="dxa" w:w="3118"/>
          </w:tcPr>
          <w:p>
            <w:r>
              <w:t>Workbook: 2D shapes (ATP lists Book 2 pp. 90 to 95).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a learner to show 17 as a ten and ones with counters.</w:t>
      </w:r>
    </w:p>
    <w:p>
      <w:pPr>
        <w:pStyle w:val="ListBullet"/>
      </w:pPr>
      <w:r>
        <w:t>Use exit questions: "Who is third in the line?" "What change do you get from R10 if you spend R7?"</w:t>
      </w:r>
    </w:p>
    <w:p>
      <w:pPr>
        <w:pStyle w:val="ListBullet"/>
      </w:pPr>
      <w:r>
        <w:t>Observe group work and note learners who still count all instead of counting on.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Work with numbers to 10 first, then extend to 17.</w:t>
      </w:r>
    </w:p>
    <w:p>
      <w:pPr>
        <w:pStyle w:val="ListBullet"/>
      </w:pPr>
      <w:r>
        <w:t>Use real coins and a ten frame for every problem.</w:t>
      </w:r>
    </w:p>
    <w:p>
      <w:r>
        <w:rPr>
          <w:b/>
        </w:rPr>
        <w:t>Extension</w:t>
      </w:r>
    </w:p>
    <w:p>
      <w:pPr>
        <w:pStyle w:val="ListBullet"/>
      </w:pPr>
      <w:r>
        <w:t>Count backwards in 2s from 30.</w:t>
      </w:r>
    </w:p>
    <w:p>
      <w:pPr>
        <w:pStyle w:val="ListBullet"/>
      </w:pPr>
      <w:r>
        <w:t>Write their own sharing story with a remainder for a friend to solve.</w:t>
      </w:r>
    </w:p>
    <w:p>
      <w:pPr>
        <w:pStyle w:val="Heading2"/>
      </w:pPr>
      <w:r>
        <w:t>Formal assessment (SBA)</w:t>
      </w:r>
    </w:p>
    <w:p>
      <w:r>
        <w:t>Weeks 3 and 4 SBA: written and practical task covering Numbers, Operations and Relationships and Data Handling. Use your province or school assessment programme.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Mathematics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Numeracy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1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DFNq8aqQqqI%3d&amp;tabid=3206&amp;portalid=0&amp;mid=10760" TargetMode="External"/><Relationship Id="rId10" Type="http://schemas.openxmlformats.org/officeDocument/2006/relationships/hyperlink" Target="https://www.education.gov.za/LinkClick.aspx?fileticket=-e7J3CA4uYk%3d&amp;tabid=5885&amp;portalid=0&amp;mid=15014" TargetMode="External"/><Relationship Id="rId11" Type="http://schemas.openxmlformats.org/officeDocument/2006/relationships/hyperlink" Target="https://caps123.co.za/grade-1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Mathematics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