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1 Mathematics</w:t>
      </w:r>
    </w:p>
    <w:p>
      <w:r>
        <w:rPr>
          <w:b/>
        </w:rPr>
        <w:t>Weekly lesson plan: Term 4 Week 5 (2 to 6 Nov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Number 18, groups of five, sharing, money and patterns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7 hours a week (1 hour 24 minutes a day): about 20 min whole class mental maths and counting, about 1 hour small group and independent work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1 Mathematics ATP 2023/2024, Term 4, Weeks 5 and 6 (this is the first week of the two-week block).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Count to 90; number 18; bonds to 9; estimating and counting; groups of five and sharing among 5; money; add and subtract to 16; patterns; time and data.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Count forwards and backwards in 1s from any number to 90, and in 10s, 5s and 2s.</w:t>
      </w:r>
    </w:p>
    <w:p>
      <w:pPr>
        <w:pStyle w:val="ListBullet"/>
      </w:pPr>
      <w:r>
        <w:t>Recognise, order and compare numbers to 18, and break 18 into 10 and 8.</w:t>
      </w:r>
    </w:p>
    <w:p>
      <w:pPr>
        <w:pStyle w:val="ListBullet"/>
      </w:pPr>
      <w:r>
        <w:t>Know number bonds to 9.</w:t>
      </w:r>
    </w:p>
    <w:p>
      <w:pPr>
        <w:pStyle w:val="ListBullet"/>
      </w:pPr>
      <w:r>
        <w:t>Estimate a collection, then count to check.</w:t>
      </w:r>
    </w:p>
    <w:p>
      <w:pPr>
        <w:pStyle w:val="ListBullet"/>
      </w:pPr>
      <w:r>
        <w:t>Say which number comes before, after or between on a number line to 20, and use first to tenth.</w:t>
      </w:r>
    </w:p>
    <w:p>
      <w:pPr>
        <w:pStyle w:val="ListBullet"/>
      </w:pPr>
      <w:r>
        <w:t>Solve sharing, grouping (with remainders) and money problems.</w:t>
      </w:r>
    </w:p>
    <w:p>
      <w:pPr>
        <w:pStyle w:val="ListBullet"/>
      </w:pPr>
      <w:r>
        <w:t>Copy, extend and describe geometric patterns, and make their own.</w:t>
      </w:r>
    </w:p>
    <w:p>
      <w:pPr>
        <w:pStyle w:val="Heading2"/>
      </w:pPr>
      <w:r>
        <w:t>Daily routine</w:t>
      </w:r>
    </w:p>
    <w:p>
      <w:r>
        <w:t>Daily mental maths (10 min): count on and back from any number to 90, count in 10s, 5s and 2s, quick-fire bonds to 9.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 Nov</w:t>
            </w:r>
          </w:p>
          <w:p>
            <w:r>
              <w:t>Number 18</w:t>
            </w:r>
          </w:p>
        </w:tc>
        <w:tc>
          <w:tcPr>
            <w:tcW w:type="dxa" w:w="4535"/>
          </w:tcPr>
          <w:p>
            <w:r>
              <w:t>Build 18 with counters and a ten frame. Break it up as 10 and 8. Order and compare numbers to 18 and find numbers before, after and between on a 0 to 20 number line.</w:t>
            </w:r>
          </w:p>
        </w:tc>
        <w:tc>
          <w:tcPr>
            <w:tcW w:type="dxa" w:w="3118"/>
          </w:tcPr>
          <w:p>
            <w:r>
              <w:t>Workbook: number 18 (ATP lists Book 2 pp. 70 to 71).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3 Nov</w:t>
            </w:r>
          </w:p>
          <w:p>
            <w:r>
              <w:t>Estimate and count</w:t>
            </w:r>
          </w:p>
        </w:tc>
        <w:tc>
          <w:tcPr>
            <w:tcW w:type="dxa" w:w="4535"/>
          </w:tcPr>
          <w:p>
            <w:r>
              <w:t>Learners estimate a handful of counters, then count to check. Compare and order collections.</w:t>
            </w:r>
          </w:p>
        </w:tc>
        <w:tc>
          <w:tcPr>
            <w:tcW w:type="dxa" w:w="3118"/>
          </w:tcPr>
          <w:p>
            <w:r>
              <w:t>Workbook: groups of five (ATP lists Book 2 pp. 96 to 99).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4 Nov</w:t>
            </w:r>
          </w:p>
          <w:p>
            <w:r>
              <w:t>Sharing and grouping</w:t>
            </w:r>
          </w:p>
        </w:tc>
        <w:tc>
          <w:tcPr>
            <w:tcW w:type="dxa" w:w="4535"/>
          </w:tcPr>
          <w:p>
            <w:r>
              <w:t>Share objects equally among 5 and talk about what is left over. Grouping problems with remainders.</w:t>
            </w:r>
          </w:p>
        </w:tc>
        <w:tc>
          <w:tcPr>
            <w:tcW w:type="dxa" w:w="3118"/>
          </w:tcPr>
          <w:p>
            <w:r>
              <w:t>Workbook: share amongst 5 and problem solving (ATP lists Book 2 pp. 100 to 101).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5 Nov</w:t>
            </w:r>
          </w:p>
          <w:p>
            <w:r>
              <w:t>Add and subtract; money</w:t>
            </w:r>
          </w:p>
        </w:tc>
        <w:tc>
          <w:tcPr>
            <w:tcW w:type="dxa" w:w="4535"/>
          </w:tcPr>
          <w:p>
            <w:r>
              <w:t>Add and subtract to 16 using counters and number lines. Repeated addition in 5s. Shop role play: totals and change.</w:t>
            </w:r>
          </w:p>
        </w:tc>
        <w:tc>
          <w:tcPr>
            <w:tcW w:type="dxa" w:w="3118"/>
          </w:tcPr>
          <w:p>
            <w:r>
              <w:t>Calendar talk: days of the week, months and birthdays.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6 Nov</w:t>
            </w:r>
          </w:p>
          <w:p>
            <w:r>
              <w:t>Patterns and data</w:t>
            </w:r>
          </w:p>
        </w:tc>
        <w:tc>
          <w:tcPr>
            <w:tcW w:type="dxa" w:w="4535"/>
          </w:tcPr>
          <w:p>
            <w:r>
              <w:t>Copy, extend and describe geometric patterns with blocks, beads or drawings. Learners draw their own pattern and describe it.</w:t>
            </w:r>
          </w:p>
        </w:tc>
        <w:tc>
          <w:tcPr>
            <w:tcW w:type="dxa" w:w="3118"/>
          </w:tcPr>
          <w:p>
            <w:r>
              <w:t>Workbook: patterns of 5 to 100 (ATP lists Book 2 pp. 102 to 103). Collect and sort data, for example how learners get to school.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Ask a learner to show 18 as a ten and ones with counters.</w:t>
      </w:r>
    </w:p>
    <w:p>
      <w:pPr>
        <w:pStyle w:val="ListBullet"/>
      </w:pPr>
      <w:r>
        <w:t>Exit questions: "What number comes between 15 and 17?" "Who is fifth in the line?"</w:t>
      </w:r>
    </w:p>
    <w:p>
      <w:pPr>
        <w:pStyle w:val="ListBullet"/>
      </w:pPr>
      <w:r>
        <w:t>Ask learners to describe their pattern: "What comes next? How do you know?"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Work with numbers to 10 first, then extend to 18.</w:t>
      </w:r>
    </w:p>
    <w:p>
      <w:pPr>
        <w:pStyle w:val="ListBullet"/>
      </w:pPr>
      <w:r>
        <w:t>Use real objects and a ten frame for every sharing problem.</w:t>
      </w:r>
    </w:p>
    <w:p>
      <w:r>
        <w:rPr>
          <w:b/>
        </w:rPr>
        <w:t>Extension</w:t>
      </w:r>
    </w:p>
    <w:p>
      <w:pPr>
        <w:pStyle w:val="ListBullet"/>
      </w:pPr>
      <w:r>
        <w:t>Count backwards in 5s from 90.</w:t>
      </w:r>
    </w:p>
    <w:p>
      <w:pPr>
        <w:pStyle w:val="ListBullet"/>
      </w:pPr>
      <w:r>
        <w:t>Make a pattern with two changing features (shape and colour) for a friend to extend.</w:t>
      </w:r>
    </w:p>
    <w:p>
      <w:pPr>
        <w:pStyle w:val="Heading2"/>
      </w:pPr>
      <w:r>
        <w:t>Formal assessment (SBA)</w:t>
      </w:r>
    </w:p>
    <w:p>
      <w:r>
        <w:t>Weeks 5 and 6 SBA: written task covering Numbers, Operations and Relationships, Measurement, and Space and Shape. Plan when you will give it over the two weeks and follow your province or school assessment programme.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1 Mathematics ATP 2023/2024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1 Numeracy Workbook 2, 2026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Grade 1 ATPs 2023 to 2024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5 (2 to 6 Nov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DFNq8aqQqqI%3d&amp;tabid=3206&amp;portalid=0&amp;mid=10760" TargetMode="External"/><Relationship Id="rId10" Type="http://schemas.openxmlformats.org/officeDocument/2006/relationships/hyperlink" Target="https://www.education.gov.za/LinkClick.aspx?fileticket=-e7J3CA4uYk%3d&amp;tabid=5885&amp;portalid=0&amp;mid=15014" TargetMode="External"/><Relationship Id="rId11" Type="http://schemas.openxmlformats.org/officeDocument/2006/relationships/hyperlink" Target="https://caps123.co.za/grade-1-atps-2023-2024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 Mathematics lesson plan, Term 4 Week 5 (2 to 6 Nov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