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2 English First Additional Language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Bullying and appearance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2 to 3 hours a week (CAPS). The ATP sets out a daily routine of oral work, shared reading, phonics, writing and group guided reading.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2 English FAL Term 4 ATP, Week 5.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Words about bullying and appearance, sight words, the -oo- sound, shared reading with inferences, writing about a bully and how someone feels.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Sing the anti-bullying song with actions and answer a theme question.</w:t>
      </w:r>
    </w:p>
    <w:p>
      <w:pPr>
        <w:pStyle w:val="ListBullet"/>
      </w:pPr>
      <w:r>
        <w:t>Use new words: mirror, reflection, appearance, look, beautiful, pretty, ugly, call, dirty, clean, rubbish, hole.</w:t>
      </w:r>
    </w:p>
    <w:p>
      <w:pPr>
        <w:pStyle w:val="ListBullet"/>
      </w:pPr>
      <w:r>
        <w:t>Read the sight words break, mean, remember, wonder and help.</w:t>
      </w:r>
    </w:p>
    <w:p>
      <w:pPr>
        <w:pStyle w:val="ListBullet"/>
      </w:pPr>
      <w:r>
        <w:t>Predict before reading and make inferences during the first read.</w:t>
      </w:r>
    </w:p>
    <w:p>
      <w:pPr>
        <w:pStyle w:val="ListBullet"/>
      </w:pPr>
      <w:r>
        <w:t>Read, segment, blend and write words with -oo-.</w:t>
      </w:r>
    </w:p>
    <w:p>
      <w:pPr>
        <w:pStyle w:val="ListBullet"/>
      </w:pPr>
      <w:r>
        <w:t>Write sentences using frames.</w:t>
      </w:r>
    </w:p>
    <w:p>
      <w:pPr>
        <w:pStyle w:val="Heading2"/>
      </w:pPr>
      <w:r>
        <w:t>Daily routine</w:t>
      </w:r>
    </w:p>
    <w:p>
      <w:r>
        <w:t>Daily oral (15 min): the song "Everyone stand up tall and proud" (stand tall, hand up like a stop sign, march in place, hold hands); a theme question on the board for a group to answer.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Phonics and vocabulary</w:t>
            </w:r>
          </w:p>
        </w:tc>
        <w:tc>
          <w:tcPr>
            <w:tcW w:type="dxa" w:w="4535"/>
          </w:tcPr>
          <w:p>
            <w:r>
              <w:t>Introduce -oo- words: book, room, boot, foot, tooth, cook, cool. Teach mirror, reflection, appearance.</w:t>
            </w:r>
          </w:p>
        </w:tc>
        <w:tc>
          <w:tcPr>
            <w:tcW w:type="dxa" w:w="3118"/>
          </w:tcPr>
          <w:p>
            <w:r>
              <w:t>Group guided reading.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Shared reading: pre-read</w:t>
            </w:r>
          </w:p>
        </w:tc>
        <w:tc>
          <w:tcPr>
            <w:tcW w:type="dxa" w:w="4535"/>
          </w:tcPr>
          <w:p>
            <w:r>
              <w:t>Pre-read: look at the cover and pictures and predict what the story is about. Teach look, beautiful, pretty.</w:t>
            </w:r>
          </w:p>
        </w:tc>
        <w:tc>
          <w:tcPr>
            <w:tcW w:type="dxa" w:w="3118"/>
          </w:tcPr>
          <w:p>
            <w:r>
              <w:t>Writing: "This is ___. He/She is a bully."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Phonics</w:t>
            </w:r>
          </w:p>
        </w:tc>
        <w:tc>
          <w:tcPr>
            <w:tcW w:type="dxa" w:w="4535"/>
          </w:tcPr>
          <w:p>
            <w:r>
              <w:t>Segment and blend -oo- words. Teach ugly, call, dirty. Sight words: break, mean, remember.</w:t>
            </w:r>
          </w:p>
        </w:tc>
        <w:tc>
          <w:tcPr>
            <w:tcW w:type="dxa" w:w="3118"/>
          </w:tcPr>
          <w:p>
            <w:r>
              <w:t>Workbook: word work and Let's write (ATP lists workbook 2 pp. 48 to 49).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Shared reading: first read</w:t>
            </w:r>
          </w:p>
        </w:tc>
        <w:tc>
          <w:tcPr>
            <w:tcW w:type="dxa" w:w="4535"/>
          </w:tcPr>
          <w:p>
            <w:r>
              <w:t>First read: make inferences about how the characters feel. Teach clean, rubbish, hole. Sight words: wonder, help.</w:t>
            </w:r>
          </w:p>
        </w:tc>
        <w:tc>
          <w:tcPr>
            <w:tcW w:type="dxa" w:w="3118"/>
          </w:tcPr>
          <w:p>
            <w:r>
              <w:t>Writing: "The bully said, '___.' He/She feels ___."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Write words</w:t>
            </w:r>
          </w:p>
        </w:tc>
        <w:tc>
          <w:tcPr>
            <w:tcW w:type="dxa" w:w="4535"/>
          </w:tcPr>
          <w:p>
            <w:r>
              <w:t>Write -oo- words in books after segmenting.</w:t>
            </w:r>
          </w:p>
        </w:tc>
        <w:tc>
          <w:tcPr>
            <w:tcW w:type="dxa" w:w="3118"/>
          </w:tcPr>
          <w:p>
            <w:r>
              <w:t>Group guided reading. Talk about what to do if someone bullies you: tell a teacher or adult you trust.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Listen to answers during the first read and note who can explain how a character feels.</w:t>
      </w:r>
    </w:p>
    <w:p>
      <w:pPr>
        <w:pStyle w:val="ListBullet"/>
      </w:pPr>
      <w:r>
        <w:t>Dictation of 6 -oo- words.</w:t>
      </w:r>
    </w:p>
    <w:p>
      <w:pPr>
        <w:pStyle w:val="ListBullet"/>
      </w:pPr>
      <w:r>
        <w:t>Read the writing frames and give one comment per learner.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picture cards for -oo- words.</w:t>
      </w:r>
    </w:p>
    <w:p>
      <w:pPr>
        <w:pStyle w:val="ListBullet"/>
      </w:pPr>
      <w:r>
        <w:t>Let learners say their sentence aloud before writing.</w:t>
      </w:r>
    </w:p>
    <w:p>
      <w:r>
        <w:rPr>
          <w:b/>
        </w:rPr>
        <w:t>Extension</w:t>
      </w:r>
    </w:p>
    <w:p>
      <w:pPr>
        <w:pStyle w:val="ListBullet"/>
      </w:pPr>
      <w:r>
        <w:t>Draw a portrait of yourself and write sentences to describe how you look.</w:t>
      </w:r>
    </w:p>
    <w:p>
      <w:pPr>
        <w:pStyle w:val="ListBullet"/>
      </w:pPr>
      <w:r>
        <w:t>Find more -oo- words in a reader.</w:t>
      </w:r>
    </w:p>
    <w:p>
      <w:pPr>
        <w:pStyle w:val="Heading2"/>
      </w:pPr>
      <w:r>
        <w:t>Formal assessment (SBA)</w:t>
      </w:r>
    </w:p>
    <w:p>
      <w:r>
        <w:t>Follow your school assessment programme for Term 4 English FAL.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2 English FAL Term 4 ATP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2 English FAL Workbook 2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Foundation Phase English FAL lesson plans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jrTeBai-hyo%3d&amp;tabid=3206&amp;portalid=0&amp;mid=10820" TargetMode="External"/><Relationship Id="rId10" Type="http://schemas.openxmlformats.org/officeDocument/2006/relationships/hyperlink" Target="https://www.education.gov.za/LinkClick.aspx?fileticket=1nlJhteBVVE%3d&amp;tabid=5885&amp;portalid=0&amp;mid=15015" TargetMode="External"/><Relationship Id="rId11" Type="http://schemas.openxmlformats.org/officeDocument/2006/relationships/hyperlink" Target="https://caps123.co.za/lesson-plans-for-foundation-phase-english-first-additional-language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2 English First Additional Language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