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2 Mathematics</w:t>
      </w:r>
    </w:p>
    <w:p>
      <w:r>
        <w:rPr>
          <w:b/>
        </w:rPr>
        <w:t>Weekly lesson plan: Term 4 Week 4 (26 to 30 Oct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Number to 180, multiplication by 2 and 4, patterns and time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7 hours a week (1 hour 24 minutes a day): about 20 min whole class mental maths and counting, about 1 hour small group and independent work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2 Mathematics ATP 2023/2024, Term 4, Weeks 3 and 4 (this is the second week of the two-week block).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Count to 180; compare to 80; add and subtract to 80; multiply by 2 and 4; geometric and number patterns; time and calendars.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Count in 1s to 180 and in 10s, 5s, 2s, 3s and 4s.</w:t>
      </w:r>
    </w:p>
    <w:p>
      <w:pPr>
        <w:pStyle w:val="ListBullet"/>
      </w:pPr>
      <w:r>
        <w:t>Compare numbers to 80 and break them up using place value.</w:t>
      </w:r>
    </w:p>
    <w:p>
      <w:pPr>
        <w:pStyle w:val="ListBullet"/>
      </w:pPr>
      <w:r>
        <w:t>Know facts to 15 and add or subtract multiples of 10 from 0 to 80.</w:t>
      </w:r>
    </w:p>
    <w:p>
      <w:pPr>
        <w:pStyle w:val="ListBullet"/>
      </w:pPr>
      <w:r>
        <w:t>Add and subtract to 80 and solve grouping, sharing and money problems.</w:t>
      </w:r>
    </w:p>
    <w:p>
      <w:pPr>
        <w:pStyle w:val="ListBullet"/>
      </w:pPr>
      <w:r>
        <w:t>Multiply numbers 1 to 10 by 2 and 4.</w:t>
      </w:r>
    </w:p>
    <w:p>
      <w:pPr>
        <w:pStyle w:val="ListBullet"/>
      </w:pPr>
      <w:r>
        <w:t>Copy, extend and describe geometric and number patterns.</w:t>
      </w:r>
    </w:p>
    <w:p>
      <w:pPr>
        <w:pStyle w:val="ListBullet"/>
      </w:pPr>
      <w:r>
        <w:t>Tell the time in hours and half hours on an analogue clock and use a calendar.</w:t>
      </w:r>
    </w:p>
    <w:p>
      <w:pPr>
        <w:pStyle w:val="Heading2"/>
      </w:pPr>
      <w:r>
        <w:t>Daily routine</w:t>
      </w:r>
    </w:p>
    <w:p>
      <w:r>
        <w:t>Daily mental maths (10 min): count in 3s and 4s, facts to 15, add and subtract multiples of 10.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26 Oct</w:t>
            </w:r>
          </w:p>
          <w:p>
            <w:r>
              <w:t>Place value and comparing</w:t>
            </w:r>
          </w:p>
        </w:tc>
        <w:tc>
          <w:tcPr>
            <w:tcW w:type="dxa" w:w="4535"/>
          </w:tcPr>
          <w:p>
            <w:r>
              <w:t>Break up numbers to 80 into tens and ones with flard cards. Compare pairs of numbers using greater than and less than.</w:t>
            </w:r>
          </w:p>
        </w:tc>
        <w:tc>
          <w:tcPr>
            <w:tcW w:type="dxa" w:w="3118"/>
          </w:tcPr>
          <w:p>
            <w:r>
              <w:t>Add and subtract to 80 using a number line.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27 Oct</w:t>
            </w:r>
          </w:p>
          <w:p>
            <w:r>
              <w:t>Multiplication by 2 and 4</w:t>
            </w:r>
          </w:p>
        </w:tc>
        <w:tc>
          <w:tcPr>
            <w:tcW w:type="dxa" w:w="4535"/>
          </w:tcPr>
          <w:p>
            <w:r>
              <w:t>Make groups of 2 and 4 with counters. Link multiplying by 4 to doubling twice.</w:t>
            </w:r>
          </w:p>
        </w:tc>
        <w:tc>
          <w:tcPr>
            <w:tcW w:type="dxa" w:w="3118"/>
          </w:tcPr>
          <w:p>
            <w:r>
              <w:t>Workbook: multiply by 2 and 5; multiply by 4 (ATP lists pp. 106 to 107 and 110 to 113).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28 Oct</w:t>
            </w:r>
          </w:p>
          <w:p>
            <w:r>
              <w:t>Patterns</w:t>
            </w:r>
          </w:p>
        </w:tc>
        <w:tc>
          <w:tcPr>
            <w:tcW w:type="dxa" w:w="4535"/>
          </w:tcPr>
          <w:p>
            <w:r>
              <w:t>Copy and extend geometric patterns with blocks. Find the rule in number patterns to 200.</w:t>
            </w:r>
          </w:p>
        </w:tc>
        <w:tc>
          <w:tcPr>
            <w:tcW w:type="dxa" w:w="3118"/>
          </w:tcPr>
          <w:p>
            <w:r>
              <w:t>Workbook: number patterns (ATP lists pp. 102 to 103).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29 Oct</w:t>
            </w:r>
          </w:p>
          <w:p>
            <w:r>
              <w:t>Time and calendars</w:t>
            </w:r>
          </w:p>
        </w:tc>
        <w:tc>
          <w:tcPr>
            <w:tcW w:type="dxa" w:w="4535"/>
          </w:tcPr>
          <w:p>
            <w:r>
              <w:t>Read and show hours and half hours on a class clock. Months of the year and birthdays on the calendar.</w:t>
            </w:r>
          </w:p>
        </w:tc>
        <w:tc>
          <w:tcPr>
            <w:tcW w:type="dxa" w:w="3118"/>
          </w:tcPr>
          <w:p>
            <w:r>
              <w:t>Workbook: clocks (ATP lists p. 55).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30 Oct</w:t>
            </w:r>
          </w:p>
          <w:p>
            <w:r>
              <w:t>Problem solving and review</w:t>
            </w:r>
          </w:p>
        </w:tc>
        <w:tc>
          <w:tcPr>
            <w:tcW w:type="dxa" w:w="4535"/>
          </w:tcPr>
          <w:p>
            <w:r>
              <w:t>Grouping and sharing with remainders and money problems.</w:t>
            </w:r>
          </w:p>
        </w:tc>
        <w:tc>
          <w:tcPr>
            <w:tcW w:type="dxa" w:w="3118"/>
          </w:tcPr>
          <w:p>
            <w:r>
              <w:t>Workbook: length and mass revision (ATP lists pp. 119 to 121).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Ask learners to explain a pattern rule in their own words.</w:t>
      </w:r>
    </w:p>
    <w:p>
      <w:pPr>
        <w:pStyle w:val="ListBullet"/>
      </w:pPr>
      <w:r>
        <w:t>Mini whiteboards: show 4 x 3, show half past 2 on a drawn clock.</w:t>
      </w:r>
    </w:p>
    <w:p>
      <w:pPr>
        <w:pStyle w:val="ListBullet"/>
      </w:pPr>
      <w:r>
        <w:t>Use your class record to note learners who need more work on place value.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Use base ten blocks for all place value work.</w:t>
      </w:r>
    </w:p>
    <w:p>
      <w:pPr>
        <w:pStyle w:val="ListBullet"/>
      </w:pPr>
      <w:r>
        <w:t>Multiply by 2 before moving to 4.</w:t>
      </w:r>
    </w:p>
    <w:p>
      <w:r>
        <w:rPr>
          <w:b/>
        </w:rPr>
        <w:t>Extension</w:t>
      </w:r>
    </w:p>
    <w:p>
      <w:pPr>
        <w:pStyle w:val="ListBullet"/>
      </w:pPr>
      <w:r>
        <w:t>Count in 4s from 100.</w:t>
      </w:r>
    </w:p>
    <w:p>
      <w:pPr>
        <w:pStyle w:val="ListBullet"/>
      </w:pPr>
      <w:r>
        <w:t>Make a pattern with a rule and challenge a friend to extend it.</w:t>
      </w:r>
    </w:p>
    <w:p>
      <w:pPr>
        <w:pStyle w:val="Heading2"/>
      </w:pPr>
      <w:r>
        <w:t>Formal assessment (SBA)</w:t>
      </w:r>
    </w:p>
    <w:p>
      <w:r>
        <w:t>Weeks 3 and 4 SBA: oral task (Patterns, Functions and Algebra; Measurement) and written task (Numbers, Operations and Relationships). Use your province or school assessment programme.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2 Mathematics ATP 2023/2024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2 Numeracy Workbook 2 (PDF)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caps123: Grade 2 ATPs 2023 to 2024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taken from the ATP. Editions differ, so check them against the workbook your class uses.</w:t>
      </w:r>
    </w:p>
    <w:p>
      <w:pPr>
        <w:pStyle w:val="ListBullet"/>
      </w:pPr>
      <w:r>
        <w:t>Adapt the pacing to your class. If you are behind, carry unfinished work into next week rather than rushing.</w:t>
      </w:r>
    </w:p>
    <w:p>
      <w:pPr>
        <w:pStyle w:val="ListBullet"/>
      </w:pPr>
      <w:r>
        <w:t>This plan is not an official DBE document. Always follow your school and provincial assessment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4 (26 to 30 Oct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tyzYOyMRK2E%3d&amp;tabid=3206&amp;portalid=0&amp;mid=10761" TargetMode="External"/><Relationship Id="rId10" Type="http://schemas.openxmlformats.org/officeDocument/2006/relationships/hyperlink" Target="https://www.education.gov.za/LinkClick.aspx?fileticket=4TYtIoi-CTw%3d&amp;tabid=5885&amp;portalid=0&amp;mid=15017" TargetMode="External"/><Relationship Id="rId11" Type="http://schemas.openxmlformats.org/officeDocument/2006/relationships/hyperlink" Target="https://caps123.co.za/grade-2-atps-2023-2024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2 Mathematics lesson plan, Term 4 Week 4 (26 to 30 Oct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