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3 Mathematics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Numbers to 900, fractions, multiplication and division, money and data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7 hours a week (1 hour 24 minutes a day): about 20 min whole class mental maths and counting, about 1 hour small group and independent work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3 Mathematics ATP 2023/2024, Term 4, Weeks 5 and 6 (this is the first week of the two-week block).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Count to 1000; place value to 900; add and subtract to 999; multiply by 2 and 5; divide by 2, 5 and 10; fractions; money; position and views; analysing data.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Count in 1s to 900, in 10s, 5s, 2s, 3s and 4s, and in 20s, 25s, 50s and 100s to 1000.</w:t>
      </w:r>
    </w:p>
    <w:p>
      <w:pPr>
        <w:pStyle w:val="ListBullet"/>
      </w:pPr>
      <w:r>
        <w:t>Compare and order numbers to 900 and say the value of each digit (hundreds, tens and ones).</w:t>
      </w:r>
    </w:p>
    <w:p>
      <w:pPr>
        <w:pStyle w:val="ListBullet"/>
      </w:pPr>
      <w:r>
        <w:t>Know bonds to 30 and the 2 and 10 times tables.</w:t>
      </w:r>
    </w:p>
    <w:p>
      <w:pPr>
        <w:pStyle w:val="ListBullet"/>
      </w:pPr>
      <w:r>
        <w:t>Add and subtract to 999.</w:t>
      </w:r>
    </w:p>
    <w:p>
      <w:pPr>
        <w:pStyle w:val="ListBullet"/>
      </w:pPr>
      <w:r>
        <w:t>Multiply 1 to 10 by 2 and 5, and divide numbers to 99 by 2, 5 and 10.</w:t>
      </w:r>
    </w:p>
    <w:p>
      <w:pPr>
        <w:pStyle w:val="ListBullet"/>
      </w:pPr>
      <w:r>
        <w:t>Name and compare unitary and non-unitary fractions, and see that 2/4 is the same as 1/2 and 4/4 is one whole.</w:t>
      </w:r>
    </w:p>
    <w:p>
      <w:pPr>
        <w:pStyle w:val="ListBullet"/>
      </w:pPr>
      <w:r>
        <w:t>Solve money problems and sharing problems that lead to fractions.</w:t>
      </w:r>
    </w:p>
    <w:p>
      <w:pPr>
        <w:pStyle w:val="Heading2"/>
      </w:pPr>
      <w:r>
        <w:t>Daily routine</w:t>
      </w:r>
    </w:p>
    <w:p>
      <w:r>
        <w:t>Daily mental maths (10 min): count in 25s and 50s to 1000, bonds to 30, 2 and 10 times tables.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Numbers to 900</w:t>
            </w:r>
          </w:p>
        </w:tc>
        <w:tc>
          <w:tcPr>
            <w:tcW w:type="dxa" w:w="4535"/>
          </w:tcPr>
          <w:p>
            <w:r>
              <w:t>Count in 10s, 5s and 2s between 800 and 900. Build and break down 3-digit numbers into hundreds, tens and ones. Compare and order.</w:t>
            </w:r>
          </w:p>
        </w:tc>
        <w:tc>
          <w:tcPr>
            <w:tcW w:type="dxa" w:w="3118"/>
          </w:tcPr>
          <w:p>
            <w:r>
              <w:t>Workbook: numbers 800 to 900 and number lines (ATP lists Book 2 pp. 74 to 77).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Add and subtract to 999</w:t>
            </w:r>
          </w:p>
        </w:tc>
        <w:tc>
          <w:tcPr>
            <w:tcW w:type="dxa" w:w="4535"/>
          </w:tcPr>
          <w:p>
            <w:r>
              <w:t>3-digit addition and subtraction using doubling, building up and breaking down, and number lines.</w:t>
            </w:r>
          </w:p>
        </w:tc>
        <w:tc>
          <w:tcPr>
            <w:tcW w:type="dxa" w:w="3118"/>
          </w:tcPr>
          <w:p>
            <w:r>
              <w:t>Workbook: add and subtract to 999 (ATP lists Book 2 p. 94).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Multiplication and division</w:t>
            </w:r>
          </w:p>
        </w:tc>
        <w:tc>
          <w:tcPr>
            <w:tcW w:type="dxa" w:w="4535"/>
          </w:tcPr>
          <w:p>
            <w:r>
              <w:t>Multiply by 2 and 5; divide by 2, 5 and 10. Count in 2s and 3s and talk about odd and even numbers.</w:t>
            </w:r>
          </w:p>
        </w:tc>
        <w:tc>
          <w:tcPr>
            <w:tcW w:type="dxa" w:w="3118"/>
          </w:tcPr>
          <w:p>
            <w:r>
              <w:t>Workbook: patterns in 5s, 2s and 3s (ATP lists Book 2 p. 105, pp. 108 to 109 and pp. 114 to 115).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Fractions</w:t>
            </w:r>
          </w:p>
        </w:tc>
        <w:tc>
          <w:tcPr>
            <w:tcW w:type="dxa" w:w="4535"/>
          </w:tcPr>
          <w:p>
            <w:r>
              <w:t>Share paper strips, sweets or drawings equally and name the parts: halves, quarters, thirds, fifths, sixths and eighths. Show that 2/4 is the same as 1/2 and 4/4 is one whole.</w:t>
            </w:r>
          </w:p>
        </w:tc>
        <w:tc>
          <w:tcPr>
            <w:tcW w:type="dxa" w:w="3118"/>
          </w:tcPr>
          <w:p>
            <w:r>
              <w:t>Draw and shade fractions such as 3/4 and 2/5 in diagrams.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Money, shape and data</w:t>
            </w:r>
          </w:p>
        </w:tc>
        <w:tc>
          <w:tcPr>
            <w:tcW w:type="dxa" w:w="4535"/>
          </w:tcPr>
          <w:p>
            <w:r>
              <w:t>Money problems with totals and change. Look at classroom objects from the front, side and top (position and views).</w:t>
            </w:r>
          </w:p>
        </w:tc>
        <w:tc>
          <w:tcPr>
            <w:tcW w:type="dxa" w:w="3118"/>
          </w:tcPr>
          <w:p>
            <w:r>
              <w:t>Workbook: 3D objects (ATP lists Book 2 pp. 124 to 125). Read a simple graph and answer questions about the data.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 learners to explain their strategy for a 3-digit sum.</w:t>
      </w:r>
    </w:p>
    <w:p>
      <w:pPr>
        <w:pStyle w:val="ListBullet"/>
      </w:pPr>
      <w:r>
        <w:t>Exit slip: 40 divided by 5; shade 3/4 of a shape.</w:t>
      </w:r>
    </w:p>
    <w:p>
      <w:pPr>
        <w:pStyle w:val="ListBullet"/>
      </w:pPr>
      <w:r>
        <w:t>Observe group work and note who still relies on counting in 1s.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base ten blocks and a hundred chart for 3-digit work.</w:t>
      </w:r>
    </w:p>
    <w:p>
      <w:pPr>
        <w:pStyle w:val="ListBullet"/>
      </w:pPr>
      <w:r>
        <w:t>Use real objects and paper folding for fractions before drawing them.</w:t>
      </w:r>
    </w:p>
    <w:p>
      <w:r>
        <w:rPr>
          <w:b/>
        </w:rPr>
        <w:t>Extension</w:t>
      </w:r>
    </w:p>
    <w:p>
      <w:pPr>
        <w:pStyle w:val="ListBullet"/>
      </w:pPr>
      <w:r>
        <w:t>Solve a two-step money problem.</w:t>
      </w:r>
    </w:p>
    <w:p>
      <w:pPr>
        <w:pStyle w:val="ListBullet"/>
      </w:pPr>
      <w:r>
        <w:t>Show three different ways to make one whole with fraction strips.</w:t>
      </w:r>
    </w:p>
    <w:p>
      <w:pPr>
        <w:pStyle w:val="Heading2"/>
      </w:pPr>
      <w:r>
        <w:t>Formal assessment (SBA)</w:t>
      </w:r>
    </w:p>
    <w:p>
      <w:r>
        <w:t>Weeks 5 and 6 SBA: oral task (Space and Shape) and written task (Numbers, Operations and Relationships; Data Handling). Plan when you will give them over the two weeks and follow your province or school assessment programme.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3 Mathematics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3 Numeracy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3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DVOopO2xWtA%3d&amp;tabid=3206&amp;portalid=0&amp;mid=10822" TargetMode="External"/><Relationship Id="rId10" Type="http://schemas.openxmlformats.org/officeDocument/2006/relationships/hyperlink" Target="https://www.education.gov.za/LinkClick.aspx?fileticket=59c7S3PQ9yc%3d&amp;tabid=5885&amp;portalid=0&amp;mid=15020" TargetMode="External"/><Relationship Id="rId11" Type="http://schemas.openxmlformats.org/officeDocument/2006/relationships/hyperlink" Target="https://caps123.co.za/grade-3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3 Mathematics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